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88908" w14:textId="77777777" w:rsidR="00D43C91" w:rsidRDefault="00AA2BB3">
      <w:pPr>
        <w:pStyle w:val="Title"/>
        <w:spacing w:after="440"/>
        <w:jc w:val="center"/>
      </w:pPr>
      <w:r>
        <w:rPr>
          <w:rFonts w:ascii="Arial" w:eastAsia="Arial" w:hAnsi="Arial" w:cs="Arial"/>
        </w:rPr>
        <w:t>Academic Identification Card</w:t>
      </w:r>
    </w:p>
    <w:p w14:paraId="5AADEDFE" w14:textId="468CEA83" w:rsidR="00D43C91" w:rsidRPr="00CF5BFE" w:rsidRDefault="00AA2BB3">
      <w:pPr>
        <w:spacing w:after="140"/>
        <w:rPr>
          <w:sz w:val="28"/>
          <w:szCs w:val="28"/>
          <w:lang/>
        </w:rPr>
      </w:pPr>
      <w:r w:rsidRPr="0068187C">
        <w:rPr>
          <w:b/>
          <w:sz w:val="28"/>
          <w:szCs w:val="28"/>
        </w:rPr>
        <w:t xml:space="preserve">Name: </w:t>
      </w:r>
      <w:proofErr w:type="spellStart"/>
      <w:r w:rsidR="005B47AF">
        <w:rPr>
          <w:b/>
          <w:sz w:val="28"/>
          <w:szCs w:val="28"/>
        </w:rPr>
        <w:t>Aya</w:t>
      </w:r>
      <w:proofErr w:type="spellEnd"/>
      <w:r w:rsidR="005B47AF">
        <w:rPr>
          <w:b/>
          <w:sz w:val="28"/>
          <w:szCs w:val="28"/>
        </w:rPr>
        <w:t xml:space="preserve"> Hassan Mohamed </w:t>
      </w:r>
      <w:r w:rsidR="00CF5BFE">
        <w:rPr>
          <w:b/>
          <w:sz w:val="28"/>
          <w:szCs w:val="28"/>
        </w:rPr>
        <w:t>(Teaching Assistant)</w:t>
      </w:r>
    </w:p>
    <w:p w14:paraId="5D900D4D" w14:textId="7FAF64A8" w:rsidR="00D43C91" w:rsidRPr="0068187C" w:rsidRDefault="00AA2BB3">
      <w:pPr>
        <w:spacing w:after="440"/>
        <w:rPr>
          <w:sz w:val="28"/>
          <w:szCs w:val="28"/>
        </w:rPr>
      </w:pPr>
      <w:r w:rsidRPr="0068187C">
        <w:rPr>
          <w:b/>
          <w:sz w:val="28"/>
          <w:szCs w:val="28"/>
        </w:rPr>
        <w:t xml:space="preserve">Position: </w:t>
      </w:r>
      <w:r w:rsidRPr="0068187C">
        <w:rPr>
          <w:sz w:val="28"/>
          <w:szCs w:val="28"/>
        </w:rPr>
        <w:t xml:space="preserve">Demonstrator, Department of </w:t>
      </w:r>
      <w:r w:rsidR="005B47AF">
        <w:rPr>
          <w:sz w:val="28"/>
          <w:szCs w:val="28"/>
        </w:rPr>
        <w:t xml:space="preserve">Dairy </w:t>
      </w:r>
      <w:r w:rsidRPr="0068187C">
        <w:rPr>
          <w:sz w:val="28"/>
          <w:szCs w:val="28"/>
        </w:rPr>
        <w:t>Science and Technology</w:t>
      </w:r>
    </w:p>
    <w:p w14:paraId="7A5B2F9E" w14:textId="3F60A68F" w:rsidR="00D43C91" w:rsidRPr="000717C0" w:rsidRDefault="00AA2BB3">
      <w:pPr>
        <w:spacing w:after="140"/>
        <w:rPr>
          <w:sz w:val="28"/>
          <w:szCs w:val="28"/>
        </w:rPr>
      </w:pPr>
      <w:r w:rsidRPr="0068187C">
        <w:rPr>
          <w:b/>
          <w:sz w:val="28"/>
          <w:szCs w:val="28"/>
        </w:rPr>
        <w:t xml:space="preserve">ORCID </w:t>
      </w:r>
      <w:proofErr w:type="spellStart"/>
      <w:r w:rsidRPr="0068187C">
        <w:rPr>
          <w:b/>
          <w:sz w:val="28"/>
          <w:szCs w:val="28"/>
        </w:rPr>
        <w:t>iD</w:t>
      </w:r>
      <w:proofErr w:type="spellEnd"/>
      <w:r w:rsidRPr="0068187C">
        <w:rPr>
          <w:b/>
          <w:sz w:val="28"/>
          <w:szCs w:val="28"/>
        </w:rPr>
        <w:t xml:space="preserve">: </w:t>
      </w:r>
      <w:r w:rsidR="00803E35" w:rsidRPr="00803E35">
        <w:rPr>
          <w:sz w:val="28"/>
          <w:szCs w:val="28"/>
        </w:rPr>
        <w:t>0009-0001-7276-5454</w:t>
      </w:r>
    </w:p>
    <w:p w14:paraId="173EA8C7" w14:textId="7D6BFBAD" w:rsidR="00D43C91" w:rsidRPr="00803E35" w:rsidRDefault="00AA2BB3">
      <w:pPr>
        <w:spacing w:after="440"/>
        <w:rPr>
          <w:sz w:val="28"/>
          <w:szCs w:val="28"/>
        </w:rPr>
      </w:pPr>
      <w:proofErr w:type="spellStart"/>
      <w:r w:rsidRPr="0068187C">
        <w:rPr>
          <w:b/>
          <w:sz w:val="28"/>
          <w:szCs w:val="28"/>
        </w:rPr>
        <w:t>ResearcherID</w:t>
      </w:r>
      <w:proofErr w:type="spellEnd"/>
      <w:r w:rsidRPr="0068187C">
        <w:rPr>
          <w:b/>
          <w:sz w:val="28"/>
          <w:szCs w:val="28"/>
        </w:rPr>
        <w:t xml:space="preserve"> (RID): </w:t>
      </w:r>
      <w:r w:rsidR="00EB22FA">
        <w:rPr>
          <w:sz w:val="28"/>
          <w:szCs w:val="28"/>
        </w:rPr>
        <w:t>QZQ-9685-2026</w:t>
      </w:r>
    </w:p>
    <w:p w14:paraId="516A1387" w14:textId="77777777" w:rsidR="00F26643" w:rsidRDefault="00AA2BB3">
      <w:pPr>
        <w:spacing w:after="140"/>
        <w:rPr>
          <w:sz w:val="28"/>
          <w:szCs w:val="28"/>
        </w:rPr>
      </w:pPr>
      <w:r w:rsidRPr="0068187C">
        <w:rPr>
          <w:b/>
          <w:sz w:val="28"/>
          <w:szCs w:val="28"/>
        </w:rPr>
        <w:t xml:space="preserve">Google Scholar ID: </w:t>
      </w:r>
      <w:r w:rsidR="002C2A7B" w:rsidRPr="002C2A7B">
        <w:rPr>
          <w:sz w:val="28"/>
          <w:szCs w:val="28"/>
        </w:rPr>
        <w:t>xJLok5IAAAAJ</w:t>
      </w:r>
    </w:p>
    <w:p w14:paraId="23BCCE6E" w14:textId="0F6F39DC" w:rsidR="00D43C91" w:rsidRPr="00924A03" w:rsidRDefault="00D43C91">
      <w:pPr>
        <w:spacing w:after="140"/>
        <w:rPr>
          <w:sz w:val="28"/>
          <w:szCs w:val="28"/>
          <w:lang/>
        </w:rPr>
      </w:pPr>
    </w:p>
    <w:sectPr w:rsidR="00D43C91" w:rsidRPr="00924A03" w:rsidSect="0068187C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8419061">
    <w:abstractNumId w:val="8"/>
  </w:num>
  <w:num w:numId="2" w16cid:durableId="1335065278">
    <w:abstractNumId w:val="6"/>
  </w:num>
  <w:num w:numId="3" w16cid:durableId="1765881389">
    <w:abstractNumId w:val="5"/>
  </w:num>
  <w:num w:numId="4" w16cid:durableId="812911474">
    <w:abstractNumId w:val="4"/>
  </w:num>
  <w:num w:numId="5" w16cid:durableId="1156455602">
    <w:abstractNumId w:val="7"/>
  </w:num>
  <w:num w:numId="6" w16cid:durableId="1556547915">
    <w:abstractNumId w:val="3"/>
  </w:num>
  <w:num w:numId="7" w16cid:durableId="1504271989">
    <w:abstractNumId w:val="2"/>
  </w:num>
  <w:num w:numId="8" w16cid:durableId="1614053059">
    <w:abstractNumId w:val="1"/>
  </w:num>
  <w:num w:numId="9" w16cid:durableId="203719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7C0"/>
    <w:rsid w:val="0014171A"/>
    <w:rsid w:val="0015074B"/>
    <w:rsid w:val="00210839"/>
    <w:rsid w:val="0029639D"/>
    <w:rsid w:val="002C2A7B"/>
    <w:rsid w:val="002E057C"/>
    <w:rsid w:val="00326F90"/>
    <w:rsid w:val="005B47AF"/>
    <w:rsid w:val="005D6933"/>
    <w:rsid w:val="005F7B96"/>
    <w:rsid w:val="0068187C"/>
    <w:rsid w:val="00803E35"/>
    <w:rsid w:val="00924A03"/>
    <w:rsid w:val="00AA1D8D"/>
    <w:rsid w:val="00AA2BB3"/>
    <w:rsid w:val="00B47730"/>
    <w:rsid w:val="00B62C29"/>
    <w:rsid w:val="00CB0664"/>
    <w:rsid w:val="00CF5BFE"/>
    <w:rsid w:val="00D43C91"/>
    <w:rsid w:val="00EB22FA"/>
    <w:rsid w:val="00F266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7E7862"/>
  <w14:defaultImageDpi w14:val="300"/>
  <w15:docId w15:val="{604D5919-00EA-7940-AE0A-EBFFA0FB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Identification Card</dc:title>
  <dc:subject>Academic researcher identifiers</dc:subject>
  <dc:creator>Soaad Hassan Abbas</dc:creator>
  <cp:keywords/>
  <dc:description>generated by python-docx</dc:description>
  <cp:lastModifiedBy>aya hassan</cp:lastModifiedBy>
  <cp:revision>4</cp:revision>
  <dcterms:created xsi:type="dcterms:W3CDTF">2026-09-23T11:53:00Z</dcterms:created>
  <dcterms:modified xsi:type="dcterms:W3CDTF">2026-09-23T11:54:00Z</dcterms:modified>
  <cp:category/>
</cp:coreProperties>
</file>